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F4FCD" w14:textId="77777777" w:rsidR="0098080D" w:rsidRDefault="0098080D">
      <w:pPr>
        <w:pStyle w:val="Ttulo1"/>
        <w:rPr>
          <w:lang w:val="pt-PT"/>
        </w:rPr>
      </w:pPr>
    </w:p>
    <w:p w14:paraId="3F098FE7" w14:textId="20EBEBF7" w:rsidR="0098080D" w:rsidRDefault="0098080D" w:rsidP="0098080D">
      <w:pPr>
        <w:pStyle w:val="Ttulo1"/>
        <w:jc w:val="center"/>
        <w:rPr>
          <w:lang w:val="pt-PT"/>
        </w:rPr>
      </w:pPr>
      <w:r>
        <w:rPr>
          <w:noProof/>
        </w:rPr>
        <w:drawing>
          <wp:inline distT="0" distB="0" distL="0" distR="0" wp14:anchorId="15C814A3" wp14:editId="6C0ECBFD">
            <wp:extent cx="5200650" cy="3467101"/>
            <wp:effectExtent l="0" t="0" r="0" b="0"/>
            <wp:docPr id="143530708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581" cy="348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5F88F" w14:textId="6CE2545A" w:rsidR="001333AB" w:rsidRPr="0098080D" w:rsidRDefault="00F05A27" w:rsidP="0098080D">
      <w:pPr>
        <w:pStyle w:val="Ttulo1"/>
        <w:spacing w:before="0" w:line="240" w:lineRule="auto"/>
        <w:jc w:val="center"/>
        <w:rPr>
          <w:rFonts w:cstheme="majorHAnsi"/>
          <w:sz w:val="52"/>
          <w:szCs w:val="52"/>
          <w:lang w:val="pt-PT"/>
        </w:rPr>
      </w:pPr>
      <w:r w:rsidRPr="0098080D">
        <w:rPr>
          <w:rFonts w:cstheme="majorHAnsi"/>
          <w:sz w:val="52"/>
          <w:szCs w:val="52"/>
          <w:lang w:val="pt-PT"/>
        </w:rPr>
        <w:t>FORMULÁRIO DE CANDIDATURA</w:t>
      </w:r>
    </w:p>
    <w:p w14:paraId="72ACEF07" w14:textId="77777777" w:rsidR="0098080D" w:rsidRDefault="0098080D" w:rsidP="0098080D">
      <w:pPr>
        <w:rPr>
          <w:lang w:val="pt-PT"/>
        </w:rPr>
      </w:pPr>
    </w:p>
    <w:p w14:paraId="3CAE5002" w14:textId="77777777" w:rsidR="0098080D" w:rsidRDefault="00F05A27" w:rsidP="004145DB">
      <w:pPr>
        <w:spacing w:after="0" w:line="240" w:lineRule="auto"/>
        <w:jc w:val="center"/>
        <w:rPr>
          <w:rFonts w:asciiTheme="majorHAnsi" w:hAnsiTheme="majorHAnsi" w:cstheme="majorHAnsi"/>
          <w:b/>
          <w:lang w:val="pt-PT"/>
        </w:rPr>
      </w:pPr>
      <w:r w:rsidRPr="0098080D">
        <w:rPr>
          <w:rFonts w:asciiTheme="majorHAnsi" w:hAnsiTheme="majorHAnsi" w:cstheme="majorHAnsi"/>
          <w:b/>
          <w:lang w:val="pt-PT"/>
        </w:rPr>
        <w:t>Programa de Apoio à Validação de Provas de Conceito para Empresas e Empreendedores Regionais</w:t>
      </w:r>
    </w:p>
    <w:p w14:paraId="5A767CCE" w14:textId="77777777" w:rsidR="0098080D" w:rsidRPr="0098080D" w:rsidRDefault="0098080D" w:rsidP="0098080D">
      <w:pPr>
        <w:spacing w:after="0" w:line="240" w:lineRule="auto"/>
        <w:jc w:val="right"/>
        <w:rPr>
          <w:rFonts w:asciiTheme="majorHAnsi" w:hAnsiTheme="majorHAnsi" w:cstheme="majorHAnsi"/>
          <w:lang w:val="pt-PT"/>
        </w:rPr>
      </w:pPr>
    </w:p>
    <w:p w14:paraId="385E48FA" w14:textId="77777777" w:rsidR="0098080D" w:rsidRDefault="0098080D" w:rsidP="0098080D">
      <w:pPr>
        <w:spacing w:after="0" w:line="240" w:lineRule="auto"/>
        <w:jc w:val="center"/>
        <w:rPr>
          <w:rFonts w:asciiTheme="majorHAnsi" w:hAnsiTheme="majorHAnsi" w:cstheme="majorHAnsi"/>
          <w:lang w:val="pt-PT"/>
        </w:rPr>
      </w:pPr>
    </w:p>
    <w:p w14:paraId="36F26D28" w14:textId="77777777" w:rsidR="00C460DE" w:rsidRDefault="00C460DE" w:rsidP="0098080D">
      <w:pPr>
        <w:spacing w:after="0" w:line="240" w:lineRule="auto"/>
        <w:jc w:val="center"/>
        <w:rPr>
          <w:rFonts w:asciiTheme="majorHAnsi" w:hAnsiTheme="majorHAnsi" w:cstheme="majorHAnsi"/>
          <w:lang w:val="pt-PT"/>
        </w:rPr>
      </w:pPr>
    </w:p>
    <w:p w14:paraId="2FD10FCE" w14:textId="77777777" w:rsidR="00C460DE" w:rsidRDefault="00C460DE" w:rsidP="0098080D">
      <w:pPr>
        <w:spacing w:after="0" w:line="240" w:lineRule="auto"/>
        <w:jc w:val="center"/>
        <w:rPr>
          <w:rFonts w:asciiTheme="majorHAnsi" w:hAnsiTheme="majorHAnsi" w:cstheme="majorHAnsi"/>
          <w:lang w:val="pt-PT"/>
        </w:rPr>
      </w:pPr>
    </w:p>
    <w:p w14:paraId="08E43C4E" w14:textId="77777777" w:rsidR="00C460DE" w:rsidRDefault="00C460DE" w:rsidP="0098080D">
      <w:pPr>
        <w:spacing w:after="0" w:line="240" w:lineRule="auto"/>
        <w:jc w:val="center"/>
        <w:rPr>
          <w:rFonts w:asciiTheme="majorHAnsi" w:hAnsiTheme="majorHAnsi" w:cstheme="majorHAnsi"/>
          <w:lang w:val="pt-PT"/>
        </w:rPr>
      </w:pPr>
    </w:p>
    <w:p w14:paraId="4EA9C4B7" w14:textId="77777777" w:rsidR="00C460DE" w:rsidRDefault="00C460DE" w:rsidP="0098080D">
      <w:pPr>
        <w:spacing w:after="0" w:line="240" w:lineRule="auto"/>
        <w:jc w:val="center"/>
        <w:rPr>
          <w:rFonts w:asciiTheme="majorHAnsi" w:hAnsiTheme="majorHAnsi" w:cstheme="majorHAnsi"/>
          <w:lang w:val="pt-PT"/>
        </w:rPr>
      </w:pPr>
    </w:p>
    <w:p w14:paraId="473A57AD" w14:textId="77777777" w:rsidR="00C460DE" w:rsidRDefault="00C460DE" w:rsidP="0098080D">
      <w:pPr>
        <w:spacing w:after="0" w:line="240" w:lineRule="auto"/>
        <w:jc w:val="center"/>
        <w:rPr>
          <w:rFonts w:asciiTheme="majorHAnsi" w:hAnsiTheme="majorHAnsi" w:cstheme="majorHAnsi"/>
          <w:lang w:val="pt-PT"/>
        </w:rPr>
      </w:pPr>
    </w:p>
    <w:p w14:paraId="2464EF2F" w14:textId="77777777" w:rsidR="00C460DE" w:rsidRDefault="00C460DE" w:rsidP="0098080D">
      <w:pPr>
        <w:spacing w:after="0" w:line="240" w:lineRule="auto"/>
        <w:jc w:val="center"/>
        <w:rPr>
          <w:rFonts w:asciiTheme="majorHAnsi" w:hAnsiTheme="majorHAnsi" w:cstheme="majorHAnsi"/>
          <w:lang w:val="pt-PT"/>
        </w:rPr>
      </w:pPr>
    </w:p>
    <w:p w14:paraId="4D4AC54F" w14:textId="77777777" w:rsidR="00C460DE" w:rsidRDefault="00C460DE" w:rsidP="0098080D">
      <w:pPr>
        <w:spacing w:after="0" w:line="240" w:lineRule="auto"/>
        <w:jc w:val="center"/>
        <w:rPr>
          <w:rFonts w:asciiTheme="majorHAnsi" w:hAnsiTheme="majorHAnsi" w:cstheme="majorHAnsi"/>
          <w:lang w:val="pt-PT"/>
        </w:rPr>
      </w:pPr>
    </w:p>
    <w:p w14:paraId="0D051A0C" w14:textId="7BFE74A9" w:rsidR="00C460DE" w:rsidRPr="00C460DE" w:rsidRDefault="00C460DE" w:rsidP="00C460DE">
      <w:pPr>
        <w:tabs>
          <w:tab w:val="left" w:pos="3730"/>
        </w:tabs>
        <w:spacing w:after="120" w:line="240" w:lineRule="auto"/>
        <w:jc w:val="right"/>
        <w:rPr>
          <w:rFonts w:ascii="Calibri" w:hAnsi="Calibri" w:cs="Calibri"/>
          <w:sz w:val="20"/>
          <w:szCs w:val="20"/>
          <w:lang w:val="pt-PT"/>
        </w:rPr>
      </w:pPr>
      <w:r w:rsidRPr="00C460DE">
        <w:rPr>
          <w:rFonts w:ascii="Calibri" w:hAnsi="Calibri" w:cs="Calibri"/>
          <w:sz w:val="20"/>
          <w:szCs w:val="20"/>
          <w:lang w:val="pt-PT"/>
        </w:rPr>
        <w:t xml:space="preserve">O projeto Algarve Empreende 2026: Promoção do Empreendedorismo Qualificado na região do Algarve, é uma operação candidata ao SIAC – Empreendedorismo Qualificado associado ao Conhecimento, do </w:t>
      </w:r>
      <w:hyperlink r:id="rId9" w:history="1">
        <w:r w:rsidRPr="00C460DE">
          <w:rPr>
            <w:rFonts w:ascii="Calibri" w:hAnsi="Calibri"/>
            <w:sz w:val="20"/>
            <w:szCs w:val="20"/>
            <w:lang w:val="pt-PT"/>
          </w:rPr>
          <w:t>Programa Regional do Algarve 2030 (Algarve 2030</w:t>
        </w:r>
      </w:hyperlink>
      <w:r w:rsidRPr="00C460DE">
        <w:rPr>
          <w:rFonts w:ascii="Calibri" w:hAnsi="Calibri" w:cs="Calibri"/>
          <w:sz w:val="20"/>
          <w:szCs w:val="20"/>
          <w:lang w:val="pt-PT"/>
        </w:rPr>
        <w:t>), cuja prioridade «Inovação e competitividade» (1-A).</w:t>
      </w:r>
    </w:p>
    <w:p w14:paraId="0CCC19C4" w14:textId="77777777" w:rsidR="00C460DE" w:rsidRPr="0098080D" w:rsidRDefault="00C460DE" w:rsidP="0098080D">
      <w:pPr>
        <w:spacing w:after="0" w:line="240" w:lineRule="auto"/>
        <w:jc w:val="center"/>
        <w:rPr>
          <w:rFonts w:asciiTheme="majorHAnsi" w:hAnsiTheme="majorHAnsi" w:cstheme="majorHAnsi"/>
          <w:lang w:val="pt-PT"/>
        </w:rPr>
      </w:pPr>
    </w:p>
    <w:p w14:paraId="063182F6" w14:textId="77777777" w:rsidR="0098080D" w:rsidRDefault="0098080D">
      <w:pPr>
        <w:rPr>
          <w:lang w:val="pt-PT"/>
        </w:rPr>
      </w:pPr>
    </w:p>
    <w:p w14:paraId="4210D37E" w14:textId="77777777" w:rsidR="0098080D" w:rsidRDefault="0098080D">
      <w:pPr>
        <w:rPr>
          <w:lang w:val="pt-PT"/>
        </w:rPr>
      </w:pPr>
    </w:p>
    <w:p w14:paraId="15E73DC0" w14:textId="7CBE7F01" w:rsidR="001333AB" w:rsidRDefault="0098080D" w:rsidP="00C460DE">
      <w:pPr>
        <w:pStyle w:val="Ttulo1"/>
        <w:rPr>
          <w:lang w:val="pt-PT"/>
        </w:rPr>
      </w:pPr>
      <w:r>
        <w:rPr>
          <w:lang w:val="pt-PT"/>
        </w:rPr>
        <w:br w:type="page"/>
      </w:r>
      <w:r w:rsidR="00F05A27" w:rsidRPr="0098080D">
        <w:rPr>
          <w:lang w:val="pt-PT"/>
        </w:rPr>
        <w:lastRenderedPageBreak/>
        <w:t>IDENTIFICAÇÃO DA CANDIDATURA</w:t>
      </w:r>
    </w:p>
    <w:p w14:paraId="69BB7099" w14:textId="77777777" w:rsidR="0098080D" w:rsidRPr="0098080D" w:rsidRDefault="0098080D" w:rsidP="0098080D">
      <w:pPr>
        <w:rPr>
          <w:lang w:val="pt-PT"/>
        </w:rPr>
      </w:pPr>
    </w:p>
    <w:p w14:paraId="6338BAA7" w14:textId="6ADA4497" w:rsidR="001333AB" w:rsidRPr="00121CDB" w:rsidRDefault="00F05A27" w:rsidP="00121CDB">
      <w:pPr>
        <w:pStyle w:val="PargrafodaLista"/>
        <w:numPr>
          <w:ilvl w:val="0"/>
          <w:numId w:val="12"/>
        </w:numPr>
        <w:jc w:val="both"/>
        <w:rPr>
          <w:rFonts w:asciiTheme="majorHAnsi" w:hAnsiTheme="majorHAnsi" w:cstheme="majorHAnsi"/>
          <w:lang w:val="pt-PT"/>
        </w:rPr>
      </w:pPr>
      <w:r w:rsidRPr="00121CDB">
        <w:rPr>
          <w:rFonts w:asciiTheme="majorHAnsi" w:hAnsiTheme="majorHAnsi" w:cstheme="majorHAnsi"/>
          <w:lang w:val="pt-PT"/>
        </w:rPr>
        <w:t xml:space="preserve">Título da Proposta: </w:t>
      </w:r>
    </w:p>
    <w:p w14:paraId="125D7296" w14:textId="77F23CAF" w:rsidR="001333AB" w:rsidRPr="00121CDB" w:rsidRDefault="0098080D" w:rsidP="00121CDB">
      <w:pPr>
        <w:pStyle w:val="PargrafodaLista"/>
        <w:numPr>
          <w:ilvl w:val="0"/>
          <w:numId w:val="12"/>
        </w:numPr>
        <w:jc w:val="both"/>
        <w:rPr>
          <w:rFonts w:asciiTheme="majorHAnsi" w:hAnsiTheme="majorHAnsi" w:cstheme="majorHAnsi"/>
          <w:lang w:val="pt-PT"/>
        </w:rPr>
      </w:pPr>
      <w:r w:rsidRPr="00121CDB">
        <w:rPr>
          <w:rFonts w:asciiTheme="majorHAnsi" w:hAnsiTheme="majorHAnsi" w:cstheme="majorHAnsi"/>
          <w:lang w:val="pt-PT"/>
        </w:rPr>
        <w:t>Setor</w:t>
      </w:r>
      <w:r w:rsidR="00F05A27" w:rsidRPr="00121CDB">
        <w:rPr>
          <w:rFonts w:asciiTheme="majorHAnsi" w:hAnsiTheme="majorHAnsi" w:cstheme="majorHAnsi"/>
          <w:lang w:val="pt-PT"/>
        </w:rPr>
        <w:t xml:space="preserve"> de Atividade:</w:t>
      </w:r>
    </w:p>
    <w:p w14:paraId="260196C5" w14:textId="0446D006" w:rsidR="001333AB" w:rsidRPr="00121CDB" w:rsidRDefault="00F05A27" w:rsidP="00121CDB">
      <w:pPr>
        <w:pStyle w:val="PargrafodaLista"/>
        <w:numPr>
          <w:ilvl w:val="0"/>
          <w:numId w:val="12"/>
        </w:numPr>
        <w:jc w:val="both"/>
        <w:rPr>
          <w:rFonts w:asciiTheme="majorHAnsi" w:hAnsiTheme="majorHAnsi" w:cstheme="majorHAnsi"/>
          <w:lang w:val="pt-PT"/>
        </w:rPr>
      </w:pPr>
      <w:r w:rsidRPr="00121CDB">
        <w:rPr>
          <w:rFonts w:asciiTheme="majorHAnsi" w:hAnsiTheme="majorHAnsi" w:cstheme="majorHAnsi"/>
          <w:lang w:val="pt-PT"/>
        </w:rPr>
        <w:t xml:space="preserve">Estado da Candidatura: </w:t>
      </w:r>
      <w:r w:rsidR="0098080D" w:rsidRPr="00121CDB">
        <w:rPr>
          <w:rFonts w:asciiTheme="majorHAnsi" w:hAnsiTheme="majorHAnsi" w:cstheme="majorHAnsi"/>
          <w:i/>
          <w:iCs/>
          <w:lang w:val="pt-PT"/>
        </w:rPr>
        <w:t>Fase de Projeto / Execução</w:t>
      </w:r>
    </w:p>
    <w:p w14:paraId="31100631" w14:textId="77777777" w:rsidR="0098080D" w:rsidRPr="00121CDB" w:rsidRDefault="00F05A27" w:rsidP="00121CDB">
      <w:pPr>
        <w:pStyle w:val="PargrafodaLista"/>
        <w:numPr>
          <w:ilvl w:val="0"/>
          <w:numId w:val="12"/>
        </w:numPr>
        <w:jc w:val="both"/>
        <w:rPr>
          <w:rFonts w:asciiTheme="majorHAnsi" w:hAnsiTheme="majorHAnsi" w:cstheme="majorHAnsi"/>
          <w:lang w:val="pt-PT"/>
        </w:rPr>
      </w:pPr>
      <w:r w:rsidRPr="00121CDB">
        <w:rPr>
          <w:rFonts w:asciiTheme="majorHAnsi" w:hAnsiTheme="majorHAnsi" w:cstheme="majorHAnsi"/>
          <w:lang w:val="pt-PT"/>
        </w:rPr>
        <w:t xml:space="preserve">TRL Atual: </w:t>
      </w:r>
    </w:p>
    <w:p w14:paraId="0982C7CF" w14:textId="080CE658" w:rsidR="0098080D" w:rsidRPr="00121CDB" w:rsidRDefault="0098080D" w:rsidP="00121CDB">
      <w:pPr>
        <w:pStyle w:val="PargrafodaLista"/>
        <w:numPr>
          <w:ilvl w:val="0"/>
          <w:numId w:val="12"/>
        </w:numPr>
        <w:jc w:val="both"/>
        <w:rPr>
          <w:rFonts w:asciiTheme="majorHAnsi" w:hAnsiTheme="majorHAnsi" w:cstheme="majorHAnsi"/>
          <w:lang w:val="pt-PT"/>
        </w:rPr>
      </w:pPr>
      <w:r w:rsidRPr="00121CDB">
        <w:rPr>
          <w:rFonts w:asciiTheme="majorHAnsi" w:hAnsiTheme="majorHAnsi" w:cstheme="majorHAnsi"/>
          <w:lang w:val="pt-PT"/>
        </w:rPr>
        <w:t>Justificação do TRL Atual:</w:t>
      </w:r>
    </w:p>
    <w:p w14:paraId="2601D8D6" w14:textId="13D2D56B" w:rsidR="001333AB" w:rsidRPr="00121CDB" w:rsidRDefault="00F05A27" w:rsidP="00121CDB">
      <w:pPr>
        <w:pStyle w:val="PargrafodaLista"/>
        <w:numPr>
          <w:ilvl w:val="0"/>
          <w:numId w:val="12"/>
        </w:numPr>
        <w:jc w:val="both"/>
        <w:rPr>
          <w:rFonts w:asciiTheme="majorHAnsi" w:hAnsiTheme="majorHAnsi" w:cstheme="majorHAnsi"/>
          <w:lang w:val="pt-PT"/>
        </w:rPr>
      </w:pPr>
      <w:r w:rsidRPr="00121CDB">
        <w:rPr>
          <w:rFonts w:asciiTheme="majorHAnsi" w:hAnsiTheme="majorHAnsi" w:cstheme="majorHAnsi"/>
          <w:lang w:val="pt-PT"/>
        </w:rPr>
        <w:t>TRL Pr</w:t>
      </w:r>
      <w:r w:rsidR="0098080D" w:rsidRPr="00121CDB">
        <w:rPr>
          <w:rFonts w:asciiTheme="majorHAnsi" w:hAnsiTheme="majorHAnsi" w:cstheme="majorHAnsi"/>
          <w:lang w:val="pt-PT"/>
        </w:rPr>
        <w:t>oposto após execução</w:t>
      </w:r>
      <w:r w:rsidRPr="00121CDB">
        <w:rPr>
          <w:rFonts w:asciiTheme="majorHAnsi" w:hAnsiTheme="majorHAnsi" w:cstheme="majorHAnsi"/>
          <w:lang w:val="pt-PT"/>
        </w:rPr>
        <w:t xml:space="preserve">: </w:t>
      </w:r>
    </w:p>
    <w:p w14:paraId="458BB400" w14:textId="77777777" w:rsidR="0098080D" w:rsidRDefault="0098080D" w:rsidP="0098080D">
      <w:pPr>
        <w:jc w:val="both"/>
        <w:rPr>
          <w:rFonts w:asciiTheme="majorHAnsi" w:hAnsiTheme="majorHAnsi" w:cstheme="majorHAnsi"/>
          <w:lang w:val="pt-PT"/>
        </w:rPr>
      </w:pPr>
    </w:p>
    <w:p w14:paraId="5EE4D255" w14:textId="77777777" w:rsidR="0098080D" w:rsidRPr="0098080D" w:rsidRDefault="0098080D" w:rsidP="0098080D">
      <w:pPr>
        <w:jc w:val="both"/>
        <w:rPr>
          <w:rFonts w:asciiTheme="majorHAnsi" w:hAnsiTheme="majorHAnsi" w:cstheme="majorHAnsi"/>
          <w:lang w:val="pt-PT"/>
        </w:rPr>
      </w:pPr>
    </w:p>
    <w:p w14:paraId="2FE85858" w14:textId="1E77A554" w:rsidR="001333AB" w:rsidRPr="0098080D" w:rsidRDefault="00F05A27" w:rsidP="0098080D">
      <w:pPr>
        <w:pStyle w:val="Ttulo1"/>
        <w:rPr>
          <w:lang w:val="pt-PT"/>
        </w:rPr>
      </w:pPr>
      <w:r w:rsidRPr="0098080D">
        <w:rPr>
          <w:lang w:val="pt-PT"/>
        </w:rPr>
        <w:t>DADOS DO PROMOTOR PRINCIPAL</w:t>
      </w:r>
    </w:p>
    <w:p w14:paraId="18898019" w14:textId="77777777" w:rsidR="0098080D" w:rsidRDefault="0098080D" w:rsidP="0098080D">
      <w:pPr>
        <w:jc w:val="both"/>
        <w:rPr>
          <w:rFonts w:asciiTheme="majorHAnsi" w:hAnsiTheme="majorHAnsi" w:cstheme="majorHAnsi"/>
          <w:lang w:val="pt-PT"/>
        </w:rPr>
      </w:pPr>
    </w:p>
    <w:p w14:paraId="7F91F032" w14:textId="6E040AAF" w:rsidR="001333AB" w:rsidRPr="0098080D" w:rsidRDefault="00F05A27" w:rsidP="00121CDB">
      <w:pPr>
        <w:pStyle w:val="PargrafodaLista"/>
        <w:numPr>
          <w:ilvl w:val="0"/>
          <w:numId w:val="12"/>
        </w:num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t xml:space="preserve">Nome: </w:t>
      </w:r>
    </w:p>
    <w:p w14:paraId="1CB8B244" w14:textId="3CBF0342" w:rsidR="001333AB" w:rsidRPr="0098080D" w:rsidRDefault="0098080D" w:rsidP="00121CDB">
      <w:pPr>
        <w:pStyle w:val="PargrafodaLista"/>
        <w:numPr>
          <w:ilvl w:val="0"/>
          <w:numId w:val="12"/>
        </w:numPr>
        <w:jc w:val="both"/>
        <w:rPr>
          <w:rFonts w:asciiTheme="majorHAnsi" w:hAnsiTheme="majorHAnsi" w:cstheme="majorHAnsi"/>
          <w:lang w:val="pt-PT"/>
        </w:rPr>
      </w:pPr>
      <w:r>
        <w:rPr>
          <w:rFonts w:asciiTheme="majorHAnsi" w:hAnsiTheme="majorHAnsi" w:cstheme="majorHAnsi"/>
          <w:lang w:val="pt-PT"/>
        </w:rPr>
        <w:t>Idade:</w:t>
      </w:r>
    </w:p>
    <w:p w14:paraId="749B972B" w14:textId="06ECDD96" w:rsidR="001333AB" w:rsidRPr="0098080D" w:rsidRDefault="00F05A27" w:rsidP="00121CDB">
      <w:pPr>
        <w:pStyle w:val="PargrafodaLista"/>
        <w:numPr>
          <w:ilvl w:val="0"/>
          <w:numId w:val="12"/>
        </w:num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t xml:space="preserve">NIF: </w:t>
      </w:r>
    </w:p>
    <w:p w14:paraId="10033CDE" w14:textId="47FD7877" w:rsidR="001333AB" w:rsidRPr="0098080D" w:rsidRDefault="00F05A27" w:rsidP="00121CDB">
      <w:pPr>
        <w:pStyle w:val="PargrafodaLista"/>
        <w:numPr>
          <w:ilvl w:val="0"/>
          <w:numId w:val="12"/>
        </w:num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t xml:space="preserve">Morada: </w:t>
      </w:r>
    </w:p>
    <w:p w14:paraId="6742C805" w14:textId="6203572D" w:rsidR="001333AB" w:rsidRPr="0098080D" w:rsidRDefault="00F05A27" w:rsidP="00121CDB">
      <w:pPr>
        <w:pStyle w:val="PargrafodaLista"/>
        <w:numPr>
          <w:ilvl w:val="0"/>
          <w:numId w:val="12"/>
        </w:num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t xml:space="preserve">Telefone: </w:t>
      </w:r>
    </w:p>
    <w:p w14:paraId="08004A93" w14:textId="35345368" w:rsidR="001333AB" w:rsidRPr="0098080D" w:rsidRDefault="00F05A27" w:rsidP="00121CDB">
      <w:pPr>
        <w:pStyle w:val="PargrafodaLista"/>
        <w:numPr>
          <w:ilvl w:val="0"/>
          <w:numId w:val="12"/>
        </w:num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t xml:space="preserve">E-mail: </w:t>
      </w:r>
    </w:p>
    <w:p w14:paraId="04ED2AC8" w14:textId="77777777" w:rsidR="0098080D" w:rsidRDefault="0098080D" w:rsidP="0098080D">
      <w:pPr>
        <w:pStyle w:val="Ttulo2"/>
        <w:jc w:val="both"/>
        <w:rPr>
          <w:rFonts w:cstheme="majorHAnsi"/>
          <w:sz w:val="22"/>
          <w:szCs w:val="22"/>
          <w:lang w:val="pt-PT"/>
        </w:rPr>
      </w:pPr>
    </w:p>
    <w:p w14:paraId="0E39AC51" w14:textId="52278BF4" w:rsidR="001333AB" w:rsidRPr="0098080D" w:rsidRDefault="00F05A27" w:rsidP="0098080D">
      <w:pPr>
        <w:pStyle w:val="Ttulo1"/>
        <w:rPr>
          <w:lang w:val="pt-PT"/>
        </w:rPr>
      </w:pPr>
      <w:r w:rsidRPr="0098080D">
        <w:rPr>
          <w:lang w:val="pt-PT"/>
        </w:rPr>
        <w:t>ELEMENTOS DA EQUIPA</w:t>
      </w:r>
    </w:p>
    <w:p w14:paraId="12126B2B" w14:textId="5030374A" w:rsidR="0098080D" w:rsidRPr="0098080D" w:rsidRDefault="0098080D" w:rsidP="0098080D">
      <w:pPr>
        <w:jc w:val="both"/>
        <w:rPr>
          <w:rFonts w:asciiTheme="majorHAnsi" w:hAnsiTheme="majorHAnsi" w:cstheme="majorHAnsi"/>
          <w:lang w:val="pt-PT"/>
        </w:rPr>
      </w:pPr>
    </w:p>
    <w:tbl>
      <w:tblPr>
        <w:tblStyle w:val="TabelacomGrelha"/>
        <w:tblW w:w="0" w:type="auto"/>
        <w:tblInd w:w="38" w:type="dxa"/>
        <w:tblLook w:val="04A0" w:firstRow="1" w:lastRow="0" w:firstColumn="1" w:lastColumn="0" w:noHBand="0" w:noVBand="1"/>
      </w:tblPr>
      <w:tblGrid>
        <w:gridCol w:w="2133"/>
        <w:gridCol w:w="2142"/>
        <w:gridCol w:w="2157"/>
        <w:gridCol w:w="2160"/>
      </w:tblGrid>
      <w:tr w:rsidR="0098080D" w14:paraId="77C84229" w14:textId="77777777" w:rsidTr="00121CDB">
        <w:tc>
          <w:tcPr>
            <w:tcW w:w="2195" w:type="dxa"/>
            <w:shd w:val="clear" w:color="auto" w:fill="8DB3E2" w:themeFill="text2" w:themeFillTint="66"/>
          </w:tcPr>
          <w:p w14:paraId="06E7D306" w14:textId="3917EC70" w:rsidR="0098080D" w:rsidRPr="00121CDB" w:rsidRDefault="0098080D" w:rsidP="0098080D">
            <w:pPr>
              <w:jc w:val="center"/>
              <w:rPr>
                <w:rFonts w:asciiTheme="majorHAnsi" w:hAnsiTheme="majorHAnsi" w:cstheme="majorHAnsi"/>
                <w:b/>
                <w:bCs/>
                <w:lang w:val="pt-PT"/>
              </w:rPr>
            </w:pPr>
            <w:r w:rsidRPr="00121CDB">
              <w:rPr>
                <w:rFonts w:asciiTheme="majorHAnsi" w:hAnsiTheme="majorHAnsi" w:cstheme="majorHAnsi"/>
                <w:b/>
                <w:bCs/>
                <w:lang w:val="pt-PT"/>
              </w:rPr>
              <w:t>NOME</w:t>
            </w:r>
          </w:p>
        </w:tc>
        <w:tc>
          <w:tcPr>
            <w:tcW w:w="2195" w:type="dxa"/>
            <w:shd w:val="clear" w:color="auto" w:fill="8DB3E2" w:themeFill="text2" w:themeFillTint="66"/>
          </w:tcPr>
          <w:p w14:paraId="06973605" w14:textId="68DBD668" w:rsidR="0098080D" w:rsidRPr="00121CDB" w:rsidRDefault="0098080D" w:rsidP="0098080D">
            <w:pPr>
              <w:jc w:val="center"/>
              <w:rPr>
                <w:rFonts w:asciiTheme="majorHAnsi" w:hAnsiTheme="majorHAnsi" w:cstheme="majorHAnsi"/>
                <w:b/>
                <w:bCs/>
                <w:lang w:val="pt-PT"/>
              </w:rPr>
            </w:pPr>
            <w:r w:rsidRPr="00121CDB">
              <w:rPr>
                <w:rFonts w:asciiTheme="majorHAnsi" w:hAnsiTheme="majorHAnsi" w:cstheme="majorHAnsi"/>
                <w:b/>
                <w:bCs/>
                <w:lang w:val="pt-PT"/>
              </w:rPr>
              <w:t>FUNÇÃO</w:t>
            </w:r>
          </w:p>
        </w:tc>
        <w:tc>
          <w:tcPr>
            <w:tcW w:w="2195" w:type="dxa"/>
            <w:shd w:val="clear" w:color="auto" w:fill="8DB3E2" w:themeFill="text2" w:themeFillTint="66"/>
          </w:tcPr>
          <w:p w14:paraId="72001111" w14:textId="7C351445" w:rsidR="0098080D" w:rsidRPr="00121CDB" w:rsidRDefault="0098080D" w:rsidP="0098080D">
            <w:pPr>
              <w:jc w:val="center"/>
              <w:rPr>
                <w:rFonts w:asciiTheme="majorHAnsi" w:hAnsiTheme="majorHAnsi" w:cstheme="majorHAnsi"/>
                <w:b/>
                <w:bCs/>
                <w:lang w:val="pt-PT"/>
              </w:rPr>
            </w:pPr>
            <w:r w:rsidRPr="00121CDB">
              <w:rPr>
                <w:rFonts w:asciiTheme="majorHAnsi" w:hAnsiTheme="majorHAnsi" w:cstheme="majorHAnsi"/>
                <w:b/>
                <w:bCs/>
                <w:lang w:val="pt-PT"/>
              </w:rPr>
              <w:t>FORMAÇÃO ACADÉMICA</w:t>
            </w:r>
          </w:p>
        </w:tc>
        <w:tc>
          <w:tcPr>
            <w:tcW w:w="2195" w:type="dxa"/>
            <w:shd w:val="clear" w:color="auto" w:fill="8DB3E2" w:themeFill="text2" w:themeFillTint="66"/>
          </w:tcPr>
          <w:p w14:paraId="079B9C4F" w14:textId="0ABE79E3" w:rsidR="0098080D" w:rsidRPr="00121CDB" w:rsidRDefault="0098080D" w:rsidP="0098080D">
            <w:pPr>
              <w:jc w:val="center"/>
              <w:rPr>
                <w:rFonts w:asciiTheme="majorHAnsi" w:hAnsiTheme="majorHAnsi" w:cstheme="majorHAnsi"/>
                <w:b/>
                <w:bCs/>
                <w:lang w:val="pt-PT"/>
              </w:rPr>
            </w:pPr>
            <w:r w:rsidRPr="00121CDB">
              <w:rPr>
                <w:rFonts w:asciiTheme="majorHAnsi" w:hAnsiTheme="majorHAnsi" w:cstheme="majorHAnsi"/>
                <w:b/>
                <w:bCs/>
                <w:lang w:val="pt-PT"/>
              </w:rPr>
              <w:t>EXPERIÊNCIA RELEVANTE</w:t>
            </w:r>
          </w:p>
        </w:tc>
      </w:tr>
      <w:tr w:rsidR="0098080D" w14:paraId="4F979A1A" w14:textId="77777777" w:rsidTr="0098080D">
        <w:tc>
          <w:tcPr>
            <w:tcW w:w="2195" w:type="dxa"/>
          </w:tcPr>
          <w:p w14:paraId="589F1954" w14:textId="77777777" w:rsidR="0098080D" w:rsidRDefault="0098080D" w:rsidP="0098080D">
            <w:pPr>
              <w:jc w:val="both"/>
              <w:rPr>
                <w:rFonts w:asciiTheme="majorHAnsi" w:hAnsiTheme="majorHAnsi" w:cstheme="majorHAnsi"/>
                <w:lang w:val="pt-PT"/>
              </w:rPr>
            </w:pPr>
          </w:p>
        </w:tc>
        <w:tc>
          <w:tcPr>
            <w:tcW w:w="2195" w:type="dxa"/>
          </w:tcPr>
          <w:p w14:paraId="6A9B7DDC" w14:textId="77777777" w:rsidR="0098080D" w:rsidRDefault="0098080D" w:rsidP="0098080D">
            <w:pPr>
              <w:jc w:val="both"/>
              <w:rPr>
                <w:rFonts w:asciiTheme="majorHAnsi" w:hAnsiTheme="majorHAnsi" w:cstheme="majorHAnsi"/>
                <w:lang w:val="pt-PT"/>
              </w:rPr>
            </w:pPr>
          </w:p>
        </w:tc>
        <w:tc>
          <w:tcPr>
            <w:tcW w:w="2195" w:type="dxa"/>
          </w:tcPr>
          <w:p w14:paraId="6A3852A9" w14:textId="77777777" w:rsidR="0098080D" w:rsidRDefault="0098080D" w:rsidP="0098080D">
            <w:pPr>
              <w:jc w:val="both"/>
              <w:rPr>
                <w:rFonts w:asciiTheme="majorHAnsi" w:hAnsiTheme="majorHAnsi" w:cstheme="majorHAnsi"/>
                <w:lang w:val="pt-PT"/>
              </w:rPr>
            </w:pPr>
          </w:p>
        </w:tc>
        <w:tc>
          <w:tcPr>
            <w:tcW w:w="2195" w:type="dxa"/>
          </w:tcPr>
          <w:p w14:paraId="0DC81343" w14:textId="77777777" w:rsidR="0098080D" w:rsidRDefault="0098080D" w:rsidP="0098080D">
            <w:pPr>
              <w:jc w:val="both"/>
              <w:rPr>
                <w:rFonts w:asciiTheme="majorHAnsi" w:hAnsiTheme="majorHAnsi" w:cstheme="majorHAnsi"/>
                <w:lang w:val="pt-PT"/>
              </w:rPr>
            </w:pPr>
          </w:p>
        </w:tc>
      </w:tr>
      <w:tr w:rsidR="0098080D" w14:paraId="0FB7A6E0" w14:textId="77777777" w:rsidTr="0098080D">
        <w:tc>
          <w:tcPr>
            <w:tcW w:w="2195" w:type="dxa"/>
          </w:tcPr>
          <w:p w14:paraId="05FFAA18" w14:textId="77777777" w:rsidR="0098080D" w:rsidRDefault="0098080D" w:rsidP="0098080D">
            <w:pPr>
              <w:jc w:val="both"/>
              <w:rPr>
                <w:rFonts w:asciiTheme="majorHAnsi" w:hAnsiTheme="majorHAnsi" w:cstheme="majorHAnsi"/>
                <w:lang w:val="pt-PT"/>
              </w:rPr>
            </w:pPr>
          </w:p>
        </w:tc>
        <w:tc>
          <w:tcPr>
            <w:tcW w:w="2195" w:type="dxa"/>
          </w:tcPr>
          <w:p w14:paraId="3C2D1B9B" w14:textId="77777777" w:rsidR="0098080D" w:rsidRDefault="0098080D" w:rsidP="0098080D">
            <w:pPr>
              <w:jc w:val="both"/>
              <w:rPr>
                <w:rFonts w:asciiTheme="majorHAnsi" w:hAnsiTheme="majorHAnsi" w:cstheme="majorHAnsi"/>
                <w:lang w:val="pt-PT"/>
              </w:rPr>
            </w:pPr>
          </w:p>
        </w:tc>
        <w:tc>
          <w:tcPr>
            <w:tcW w:w="2195" w:type="dxa"/>
          </w:tcPr>
          <w:p w14:paraId="2988EEB0" w14:textId="77777777" w:rsidR="0098080D" w:rsidRDefault="0098080D" w:rsidP="0098080D">
            <w:pPr>
              <w:jc w:val="both"/>
              <w:rPr>
                <w:rFonts w:asciiTheme="majorHAnsi" w:hAnsiTheme="majorHAnsi" w:cstheme="majorHAnsi"/>
                <w:lang w:val="pt-PT"/>
              </w:rPr>
            </w:pPr>
          </w:p>
        </w:tc>
        <w:tc>
          <w:tcPr>
            <w:tcW w:w="2195" w:type="dxa"/>
          </w:tcPr>
          <w:p w14:paraId="0539A690" w14:textId="77777777" w:rsidR="0098080D" w:rsidRDefault="0098080D" w:rsidP="0098080D">
            <w:pPr>
              <w:jc w:val="both"/>
              <w:rPr>
                <w:rFonts w:asciiTheme="majorHAnsi" w:hAnsiTheme="majorHAnsi" w:cstheme="majorHAnsi"/>
                <w:lang w:val="pt-PT"/>
              </w:rPr>
            </w:pPr>
          </w:p>
        </w:tc>
      </w:tr>
      <w:tr w:rsidR="0098080D" w14:paraId="50B18FC1" w14:textId="77777777" w:rsidTr="0098080D">
        <w:tc>
          <w:tcPr>
            <w:tcW w:w="2195" w:type="dxa"/>
          </w:tcPr>
          <w:p w14:paraId="13899A92" w14:textId="77777777" w:rsidR="0098080D" w:rsidRDefault="0098080D" w:rsidP="0098080D">
            <w:pPr>
              <w:jc w:val="both"/>
              <w:rPr>
                <w:rFonts w:asciiTheme="majorHAnsi" w:hAnsiTheme="majorHAnsi" w:cstheme="majorHAnsi"/>
                <w:lang w:val="pt-PT"/>
              </w:rPr>
            </w:pPr>
          </w:p>
        </w:tc>
        <w:tc>
          <w:tcPr>
            <w:tcW w:w="2195" w:type="dxa"/>
          </w:tcPr>
          <w:p w14:paraId="20FB998C" w14:textId="77777777" w:rsidR="0098080D" w:rsidRDefault="0098080D" w:rsidP="0098080D">
            <w:pPr>
              <w:jc w:val="both"/>
              <w:rPr>
                <w:rFonts w:asciiTheme="majorHAnsi" w:hAnsiTheme="majorHAnsi" w:cstheme="majorHAnsi"/>
                <w:lang w:val="pt-PT"/>
              </w:rPr>
            </w:pPr>
          </w:p>
        </w:tc>
        <w:tc>
          <w:tcPr>
            <w:tcW w:w="2195" w:type="dxa"/>
          </w:tcPr>
          <w:p w14:paraId="6F3E66C6" w14:textId="77777777" w:rsidR="0098080D" w:rsidRDefault="0098080D" w:rsidP="0098080D">
            <w:pPr>
              <w:jc w:val="both"/>
              <w:rPr>
                <w:rFonts w:asciiTheme="majorHAnsi" w:hAnsiTheme="majorHAnsi" w:cstheme="majorHAnsi"/>
                <w:lang w:val="pt-PT"/>
              </w:rPr>
            </w:pPr>
          </w:p>
        </w:tc>
        <w:tc>
          <w:tcPr>
            <w:tcW w:w="2195" w:type="dxa"/>
          </w:tcPr>
          <w:p w14:paraId="47F9AEBE" w14:textId="77777777" w:rsidR="0098080D" w:rsidRDefault="0098080D" w:rsidP="0098080D">
            <w:pPr>
              <w:jc w:val="both"/>
              <w:rPr>
                <w:rFonts w:asciiTheme="majorHAnsi" w:hAnsiTheme="majorHAnsi" w:cstheme="majorHAnsi"/>
                <w:lang w:val="pt-PT"/>
              </w:rPr>
            </w:pPr>
          </w:p>
        </w:tc>
      </w:tr>
    </w:tbl>
    <w:p w14:paraId="6483B082" w14:textId="77777777" w:rsidR="0098080D" w:rsidRDefault="0098080D" w:rsidP="0098080D">
      <w:pPr>
        <w:jc w:val="both"/>
        <w:rPr>
          <w:rFonts w:asciiTheme="majorHAnsi" w:hAnsiTheme="majorHAnsi" w:cstheme="majorHAnsi"/>
          <w:lang w:val="pt-PT"/>
        </w:rPr>
      </w:pPr>
    </w:p>
    <w:p w14:paraId="3C0B51F0" w14:textId="77777777" w:rsidR="0098080D" w:rsidRDefault="0098080D" w:rsidP="0098080D">
      <w:pPr>
        <w:jc w:val="both"/>
        <w:rPr>
          <w:rFonts w:asciiTheme="majorHAnsi" w:hAnsiTheme="majorHAnsi" w:cstheme="majorHAnsi"/>
          <w:lang w:val="pt-PT"/>
        </w:rPr>
      </w:pPr>
    </w:p>
    <w:p w14:paraId="1E86FE23" w14:textId="77777777" w:rsidR="0098080D" w:rsidRPr="0098080D" w:rsidRDefault="0098080D" w:rsidP="0098080D">
      <w:pPr>
        <w:jc w:val="both"/>
        <w:rPr>
          <w:rFonts w:asciiTheme="majorHAnsi" w:hAnsiTheme="majorHAnsi" w:cstheme="majorHAnsi"/>
          <w:lang w:val="pt-PT"/>
        </w:rPr>
      </w:pPr>
    </w:p>
    <w:p w14:paraId="376B0C03" w14:textId="3123525C" w:rsidR="001333AB" w:rsidRPr="0098080D" w:rsidRDefault="00F05A27" w:rsidP="0098080D">
      <w:pPr>
        <w:pStyle w:val="Ttulo1"/>
        <w:rPr>
          <w:lang w:val="pt-PT"/>
        </w:rPr>
      </w:pPr>
      <w:r w:rsidRPr="0098080D">
        <w:rPr>
          <w:lang w:val="pt-PT"/>
        </w:rPr>
        <w:t>DADOS DA EMPRESA (</w:t>
      </w:r>
      <w:r w:rsidR="0098080D" w:rsidRPr="0098080D">
        <w:rPr>
          <w:lang w:val="pt-PT"/>
        </w:rPr>
        <w:t>SE</w:t>
      </w:r>
      <w:r w:rsidRPr="0098080D">
        <w:rPr>
          <w:lang w:val="pt-PT"/>
        </w:rPr>
        <w:t xml:space="preserve"> APLICÁVEL)</w:t>
      </w:r>
    </w:p>
    <w:p w14:paraId="097369D7" w14:textId="283B180B" w:rsidR="0098080D" w:rsidRDefault="0098080D" w:rsidP="0098080D">
      <w:pPr>
        <w:jc w:val="both"/>
        <w:rPr>
          <w:rFonts w:asciiTheme="majorHAnsi" w:hAnsiTheme="majorHAnsi" w:cstheme="majorHAnsi"/>
          <w:lang w:val="pt-PT"/>
        </w:rPr>
      </w:pPr>
    </w:p>
    <w:p w14:paraId="20B89DC4" w14:textId="3BD044DB" w:rsidR="001333AB" w:rsidRPr="00121CDB" w:rsidRDefault="00F05A27" w:rsidP="00121CDB">
      <w:pPr>
        <w:pStyle w:val="PargrafodaLista"/>
        <w:numPr>
          <w:ilvl w:val="0"/>
          <w:numId w:val="13"/>
        </w:numPr>
        <w:jc w:val="both"/>
        <w:rPr>
          <w:rFonts w:asciiTheme="majorHAnsi" w:hAnsiTheme="majorHAnsi" w:cstheme="majorHAnsi"/>
          <w:lang w:val="pt-PT"/>
        </w:rPr>
      </w:pPr>
      <w:r w:rsidRPr="00121CDB">
        <w:rPr>
          <w:rFonts w:asciiTheme="majorHAnsi" w:hAnsiTheme="majorHAnsi" w:cstheme="majorHAnsi"/>
          <w:lang w:val="pt-PT"/>
        </w:rPr>
        <w:lastRenderedPageBreak/>
        <w:t xml:space="preserve">Denominação Social: </w:t>
      </w:r>
    </w:p>
    <w:p w14:paraId="65893766" w14:textId="3FEE4B9E" w:rsidR="001333AB" w:rsidRPr="00121CDB" w:rsidRDefault="00F05A27" w:rsidP="00121CDB">
      <w:pPr>
        <w:pStyle w:val="PargrafodaLista"/>
        <w:numPr>
          <w:ilvl w:val="0"/>
          <w:numId w:val="13"/>
        </w:numPr>
        <w:jc w:val="both"/>
        <w:rPr>
          <w:rFonts w:asciiTheme="majorHAnsi" w:hAnsiTheme="majorHAnsi" w:cstheme="majorHAnsi"/>
          <w:lang w:val="pt-PT"/>
        </w:rPr>
      </w:pPr>
      <w:r w:rsidRPr="00121CDB">
        <w:rPr>
          <w:rFonts w:asciiTheme="majorHAnsi" w:hAnsiTheme="majorHAnsi" w:cstheme="majorHAnsi"/>
          <w:lang w:val="pt-PT"/>
        </w:rPr>
        <w:t xml:space="preserve">NIPC: </w:t>
      </w:r>
    </w:p>
    <w:p w14:paraId="5C1F4408" w14:textId="33D7BFDF" w:rsidR="001333AB" w:rsidRPr="00121CDB" w:rsidRDefault="00F05A27" w:rsidP="00121CDB">
      <w:pPr>
        <w:pStyle w:val="PargrafodaLista"/>
        <w:numPr>
          <w:ilvl w:val="0"/>
          <w:numId w:val="13"/>
        </w:numPr>
        <w:jc w:val="both"/>
        <w:rPr>
          <w:rFonts w:asciiTheme="majorHAnsi" w:hAnsiTheme="majorHAnsi" w:cstheme="majorHAnsi"/>
          <w:lang w:val="pt-PT"/>
        </w:rPr>
      </w:pPr>
      <w:r w:rsidRPr="00121CDB">
        <w:rPr>
          <w:rFonts w:asciiTheme="majorHAnsi" w:hAnsiTheme="majorHAnsi" w:cstheme="majorHAnsi"/>
          <w:lang w:val="pt-PT"/>
        </w:rPr>
        <w:t xml:space="preserve">Data de Constituição: </w:t>
      </w:r>
    </w:p>
    <w:p w14:paraId="52BC1310" w14:textId="7AEBEFC4" w:rsidR="0098080D" w:rsidRPr="00121CDB" w:rsidRDefault="0098080D" w:rsidP="00121CDB">
      <w:pPr>
        <w:pStyle w:val="PargrafodaLista"/>
        <w:numPr>
          <w:ilvl w:val="0"/>
          <w:numId w:val="13"/>
        </w:numPr>
        <w:jc w:val="both"/>
        <w:rPr>
          <w:rFonts w:asciiTheme="majorHAnsi" w:hAnsiTheme="majorHAnsi" w:cstheme="majorHAnsi"/>
          <w:lang w:val="pt-PT"/>
        </w:rPr>
      </w:pPr>
      <w:proofErr w:type="spellStart"/>
      <w:r w:rsidRPr="00121CDB">
        <w:rPr>
          <w:rFonts w:asciiTheme="majorHAnsi" w:hAnsiTheme="majorHAnsi" w:cstheme="majorHAnsi"/>
          <w:lang w:val="pt-PT"/>
        </w:rPr>
        <w:t>CAE’s</w:t>
      </w:r>
      <w:proofErr w:type="spellEnd"/>
      <w:r w:rsidRPr="00121CDB">
        <w:rPr>
          <w:rFonts w:asciiTheme="majorHAnsi" w:hAnsiTheme="majorHAnsi" w:cstheme="majorHAnsi"/>
          <w:lang w:val="pt-PT"/>
        </w:rPr>
        <w:t>:</w:t>
      </w:r>
    </w:p>
    <w:p w14:paraId="636D3B8E" w14:textId="77777777" w:rsidR="0098080D" w:rsidRDefault="0098080D" w:rsidP="0098080D">
      <w:pPr>
        <w:jc w:val="both"/>
        <w:rPr>
          <w:rFonts w:asciiTheme="majorHAnsi" w:hAnsiTheme="majorHAnsi" w:cstheme="majorHAnsi"/>
          <w:lang w:val="pt-PT"/>
        </w:rPr>
      </w:pPr>
    </w:p>
    <w:p w14:paraId="104829F9" w14:textId="7E7FFE94" w:rsidR="0098080D" w:rsidRPr="0098080D" w:rsidRDefault="0098080D" w:rsidP="0098080D">
      <w:pPr>
        <w:jc w:val="both"/>
        <w:rPr>
          <w:rFonts w:asciiTheme="majorHAnsi" w:hAnsiTheme="majorHAnsi" w:cstheme="majorHAnsi"/>
          <w:lang w:val="pt-PT"/>
        </w:rPr>
      </w:pPr>
    </w:p>
    <w:p w14:paraId="3681CA0A" w14:textId="42023811" w:rsidR="001333AB" w:rsidRPr="0098080D" w:rsidRDefault="00F05A27" w:rsidP="0098080D">
      <w:pPr>
        <w:pStyle w:val="Ttulo1"/>
        <w:rPr>
          <w:lang w:val="pt-PT"/>
        </w:rPr>
      </w:pPr>
      <w:r w:rsidRPr="0098080D">
        <w:rPr>
          <w:lang w:val="pt-PT"/>
        </w:rPr>
        <w:t>RESUMO EXECUTIVO</w:t>
      </w:r>
    </w:p>
    <w:p w14:paraId="2C30A106" w14:textId="63256CB4" w:rsidR="001333AB" w:rsidRPr="0098080D" w:rsidRDefault="00F05A27" w:rsidP="00A84AB8">
      <w:pPr>
        <w:pStyle w:val="Ttulo3"/>
        <w:rPr>
          <w:lang w:val="pt-PT"/>
        </w:rPr>
      </w:pPr>
      <w:r w:rsidRPr="0098080D">
        <w:rPr>
          <w:lang w:val="pt-PT"/>
        </w:rPr>
        <w:t>Descrição da solução/produto/tecnologia (</w:t>
      </w:r>
      <w:proofErr w:type="spellStart"/>
      <w:r w:rsidRPr="0098080D">
        <w:rPr>
          <w:lang w:val="pt-PT"/>
        </w:rPr>
        <w:t>máx</w:t>
      </w:r>
      <w:proofErr w:type="spellEnd"/>
      <w:r w:rsidRPr="0098080D">
        <w:rPr>
          <w:lang w:val="pt-PT"/>
        </w:rPr>
        <w:t>. 500 palavras):</w:t>
      </w:r>
    </w:p>
    <w:p w14:paraId="3C9DC13C" w14:textId="77777777" w:rsidR="00B01D6F" w:rsidRDefault="00B01D6F" w:rsidP="0098080D">
      <w:pPr>
        <w:pStyle w:val="Ttulo1"/>
        <w:rPr>
          <w:lang w:val="pt-PT"/>
        </w:rPr>
      </w:pPr>
    </w:p>
    <w:p w14:paraId="2FAF107A" w14:textId="1DE38623" w:rsidR="001333AB" w:rsidRPr="0098080D" w:rsidRDefault="00F05A27" w:rsidP="0098080D">
      <w:pPr>
        <w:pStyle w:val="Ttulo1"/>
        <w:rPr>
          <w:lang w:val="pt-PT"/>
        </w:rPr>
      </w:pPr>
      <w:r w:rsidRPr="0098080D">
        <w:rPr>
          <w:lang w:val="pt-PT"/>
        </w:rPr>
        <w:t>PROBLEMA E OPORTUNIDADE DE MERCADO</w:t>
      </w:r>
    </w:p>
    <w:p w14:paraId="6A17D562" w14:textId="77777777" w:rsidR="001333AB" w:rsidRPr="00A84AB8" w:rsidRDefault="00F05A27" w:rsidP="00A84AB8">
      <w:pPr>
        <w:pStyle w:val="Ttulo3"/>
        <w:rPr>
          <w:lang w:val="pt-PT"/>
        </w:rPr>
      </w:pPr>
      <w:r w:rsidRPr="00A84AB8">
        <w:rPr>
          <w:lang w:val="pt-PT"/>
        </w:rPr>
        <w:t>Problema identificado:</w:t>
      </w:r>
    </w:p>
    <w:p w14:paraId="2F62123B" w14:textId="5740213E" w:rsidR="001333AB" w:rsidRPr="0098080D" w:rsidRDefault="00F05A27" w:rsidP="0098080D">
      <w:p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br/>
      </w:r>
    </w:p>
    <w:p w14:paraId="60621E0D" w14:textId="77777777" w:rsidR="001333AB" w:rsidRPr="00A84AB8" w:rsidRDefault="00F05A27" w:rsidP="00A84AB8">
      <w:pPr>
        <w:pStyle w:val="Ttulo3"/>
        <w:rPr>
          <w:lang w:val="pt-PT"/>
        </w:rPr>
      </w:pPr>
      <w:r w:rsidRPr="00A84AB8">
        <w:rPr>
          <w:lang w:val="pt-PT"/>
        </w:rPr>
        <w:t>Mercado-alvo:</w:t>
      </w:r>
    </w:p>
    <w:p w14:paraId="12D6E4E4" w14:textId="75537EC7" w:rsidR="001333AB" w:rsidRPr="0098080D" w:rsidRDefault="00F05A27" w:rsidP="0098080D">
      <w:p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br/>
      </w:r>
    </w:p>
    <w:p w14:paraId="5917C2F0" w14:textId="64C8AC27" w:rsidR="001333AB" w:rsidRPr="0098080D" w:rsidRDefault="00F05A27" w:rsidP="0098080D">
      <w:pPr>
        <w:pStyle w:val="Ttulo1"/>
        <w:rPr>
          <w:lang w:val="pt-PT"/>
        </w:rPr>
      </w:pPr>
      <w:r w:rsidRPr="0098080D">
        <w:rPr>
          <w:lang w:val="pt-PT"/>
        </w:rPr>
        <w:t>INOVAÇÃO E DIFERENCIAÇÃO</w:t>
      </w:r>
    </w:p>
    <w:p w14:paraId="7F9E4F4B" w14:textId="77777777" w:rsidR="001333AB" w:rsidRPr="00A84AB8" w:rsidRDefault="00F05A27" w:rsidP="00A84AB8">
      <w:pPr>
        <w:pStyle w:val="Ttulo3"/>
        <w:rPr>
          <w:lang w:val="pt-PT"/>
        </w:rPr>
      </w:pPr>
      <w:r w:rsidRPr="00A84AB8">
        <w:rPr>
          <w:lang w:val="pt-PT"/>
        </w:rPr>
        <w:t>Caracterização da inovação:</w:t>
      </w:r>
    </w:p>
    <w:p w14:paraId="7754F5D7" w14:textId="77777777" w:rsidR="001333AB" w:rsidRPr="0098080D" w:rsidRDefault="00F05A27" w:rsidP="0098080D">
      <w:p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br/>
      </w:r>
    </w:p>
    <w:p w14:paraId="11683437" w14:textId="0163DA4F" w:rsidR="001333AB" w:rsidRPr="00A84AB8" w:rsidRDefault="00F05A27" w:rsidP="00A84AB8">
      <w:pPr>
        <w:pStyle w:val="Ttulo3"/>
        <w:rPr>
          <w:lang w:val="pt-PT"/>
        </w:rPr>
      </w:pPr>
      <w:r w:rsidRPr="00A84AB8">
        <w:rPr>
          <w:lang w:val="pt-PT"/>
        </w:rPr>
        <w:t>Diferenciação face às soluções existentes</w:t>
      </w:r>
      <w:r w:rsidR="0098080D" w:rsidRPr="00A84AB8">
        <w:rPr>
          <w:lang w:val="pt-PT"/>
        </w:rPr>
        <w:t>/Proposta de Valor:</w:t>
      </w:r>
    </w:p>
    <w:p w14:paraId="65A7E63D" w14:textId="77777777" w:rsidR="001333AB" w:rsidRPr="0098080D" w:rsidRDefault="00F05A27" w:rsidP="0098080D">
      <w:p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br/>
      </w:r>
    </w:p>
    <w:p w14:paraId="75389E34" w14:textId="77777777" w:rsidR="001333AB" w:rsidRPr="00A84AB8" w:rsidRDefault="00F05A27" w:rsidP="00A84AB8">
      <w:pPr>
        <w:pStyle w:val="Ttulo3"/>
        <w:rPr>
          <w:lang w:val="pt-PT"/>
        </w:rPr>
      </w:pPr>
      <w:r w:rsidRPr="00A84AB8">
        <w:rPr>
          <w:lang w:val="pt-PT"/>
        </w:rPr>
        <w:t>Propriedade intelectual:</w:t>
      </w:r>
    </w:p>
    <w:p w14:paraId="181A2E40" w14:textId="77777777" w:rsidR="001333AB" w:rsidRPr="0098080D" w:rsidRDefault="00F05A27" w:rsidP="0098080D">
      <w:p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br/>
      </w:r>
    </w:p>
    <w:p w14:paraId="3F6CFC61" w14:textId="10DEA05C" w:rsidR="001333AB" w:rsidRPr="0098080D" w:rsidRDefault="0098080D" w:rsidP="0098080D">
      <w:pPr>
        <w:pStyle w:val="Ttulo1"/>
        <w:rPr>
          <w:lang w:val="pt-PT"/>
        </w:rPr>
      </w:pPr>
      <w:r>
        <w:rPr>
          <w:lang w:val="pt-PT"/>
        </w:rPr>
        <w:lastRenderedPageBreak/>
        <w:t>SOLUÇÃO</w:t>
      </w:r>
      <w:r w:rsidR="00F05A27" w:rsidRPr="0098080D">
        <w:rPr>
          <w:lang w:val="pt-PT"/>
        </w:rPr>
        <w:t xml:space="preserve"> TECNOLÓGICA</w:t>
      </w:r>
    </w:p>
    <w:p w14:paraId="531AF8BE" w14:textId="77777777" w:rsidR="001333AB" w:rsidRPr="00A84AB8" w:rsidRDefault="00F05A27" w:rsidP="00A84AB8">
      <w:pPr>
        <w:pStyle w:val="Ttulo3"/>
        <w:rPr>
          <w:lang w:val="pt-PT"/>
        </w:rPr>
      </w:pPr>
      <w:r w:rsidRPr="00A84AB8">
        <w:rPr>
          <w:lang w:val="pt-PT"/>
        </w:rPr>
        <w:t>Tecnologia desenvolvida:</w:t>
      </w:r>
    </w:p>
    <w:p w14:paraId="4CC57341" w14:textId="77777777" w:rsidR="001333AB" w:rsidRPr="0098080D" w:rsidRDefault="00F05A27" w:rsidP="0098080D">
      <w:p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br/>
      </w:r>
    </w:p>
    <w:p w14:paraId="4DE36379" w14:textId="77777777" w:rsidR="001333AB" w:rsidRPr="00A84AB8" w:rsidRDefault="00F05A27" w:rsidP="00A84AB8">
      <w:pPr>
        <w:pStyle w:val="Ttulo3"/>
        <w:rPr>
          <w:lang w:val="pt-PT"/>
        </w:rPr>
      </w:pPr>
      <w:r w:rsidRPr="00A84AB8">
        <w:rPr>
          <w:lang w:val="pt-PT"/>
        </w:rPr>
        <w:t>Estado atual de desenvolvimento:</w:t>
      </w:r>
    </w:p>
    <w:p w14:paraId="276BF126" w14:textId="77777777" w:rsidR="001333AB" w:rsidRPr="0098080D" w:rsidRDefault="00F05A27" w:rsidP="0098080D">
      <w:p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br/>
      </w:r>
    </w:p>
    <w:p w14:paraId="730F10A0" w14:textId="7FB3D1C9" w:rsidR="001333AB" w:rsidRPr="0098080D" w:rsidRDefault="00F05A27" w:rsidP="0098080D">
      <w:pPr>
        <w:pStyle w:val="Ttulo1"/>
        <w:rPr>
          <w:lang w:val="pt-PT"/>
        </w:rPr>
      </w:pPr>
      <w:r w:rsidRPr="0098080D">
        <w:rPr>
          <w:lang w:val="pt-PT"/>
        </w:rPr>
        <w:t>PLANO DE EVOLUÇÃO DA PROVA DE CONCEITO</w:t>
      </w:r>
    </w:p>
    <w:p w14:paraId="23FDB174" w14:textId="77777777" w:rsidR="001333AB" w:rsidRPr="00A84AB8" w:rsidRDefault="00F05A27" w:rsidP="00A84AB8">
      <w:pPr>
        <w:pStyle w:val="Ttulo3"/>
        <w:rPr>
          <w:lang w:val="pt-PT"/>
        </w:rPr>
      </w:pPr>
      <w:r w:rsidRPr="00A84AB8">
        <w:rPr>
          <w:lang w:val="pt-PT"/>
        </w:rPr>
        <w:t>Objetivos:</w:t>
      </w:r>
    </w:p>
    <w:p w14:paraId="568D7533" w14:textId="77777777" w:rsidR="001333AB" w:rsidRPr="0098080D" w:rsidRDefault="00F05A27" w:rsidP="0098080D">
      <w:p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br/>
      </w:r>
    </w:p>
    <w:p w14:paraId="0BD5F900" w14:textId="77777777" w:rsidR="001333AB" w:rsidRPr="00A84AB8" w:rsidRDefault="00F05A27" w:rsidP="00A84AB8">
      <w:pPr>
        <w:pStyle w:val="Ttulo3"/>
        <w:rPr>
          <w:lang w:val="pt-PT"/>
        </w:rPr>
      </w:pPr>
      <w:r w:rsidRPr="00A84AB8">
        <w:rPr>
          <w:lang w:val="pt-PT"/>
        </w:rPr>
        <w:t>Atividades a desenvolver:</w:t>
      </w:r>
    </w:p>
    <w:p w14:paraId="2ABE35D1" w14:textId="77777777" w:rsidR="001333AB" w:rsidRPr="0098080D" w:rsidRDefault="00F05A27" w:rsidP="0098080D">
      <w:p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br/>
      </w:r>
    </w:p>
    <w:p w14:paraId="5E234AF8" w14:textId="3F752565" w:rsidR="001333AB" w:rsidRPr="0098080D" w:rsidRDefault="00F05A27" w:rsidP="0098080D">
      <w:pPr>
        <w:pStyle w:val="Ttulo1"/>
        <w:rPr>
          <w:lang w:val="pt-PT"/>
        </w:rPr>
      </w:pPr>
      <w:r w:rsidRPr="0098080D">
        <w:rPr>
          <w:lang w:val="pt-PT"/>
        </w:rPr>
        <w:t>MODELO DE NEGÓCIO</w:t>
      </w:r>
    </w:p>
    <w:p w14:paraId="0B000734" w14:textId="77777777" w:rsidR="001333AB" w:rsidRPr="00A84AB8" w:rsidRDefault="00F05A27" w:rsidP="00A84AB8">
      <w:pPr>
        <w:pStyle w:val="Ttulo3"/>
        <w:rPr>
          <w:lang w:val="pt-PT"/>
        </w:rPr>
      </w:pPr>
      <w:r w:rsidRPr="00A84AB8">
        <w:rPr>
          <w:lang w:val="pt-PT"/>
        </w:rPr>
        <w:t>Proposta de valor:</w:t>
      </w:r>
    </w:p>
    <w:p w14:paraId="1B211A14" w14:textId="77777777" w:rsidR="001333AB" w:rsidRPr="0098080D" w:rsidRDefault="00F05A27" w:rsidP="0098080D">
      <w:p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br/>
      </w:r>
    </w:p>
    <w:p w14:paraId="5FF22FFB" w14:textId="77777777" w:rsidR="001333AB" w:rsidRPr="00A84AB8" w:rsidRDefault="00F05A27" w:rsidP="00A84AB8">
      <w:pPr>
        <w:pStyle w:val="Ttulo3"/>
        <w:rPr>
          <w:lang w:val="pt-PT"/>
        </w:rPr>
      </w:pPr>
      <w:r w:rsidRPr="00A84AB8">
        <w:rPr>
          <w:lang w:val="pt-PT"/>
        </w:rPr>
        <w:t>Clientes-alvo:</w:t>
      </w:r>
    </w:p>
    <w:p w14:paraId="01ED61BB" w14:textId="0C287135" w:rsidR="001333AB" w:rsidRPr="0098080D" w:rsidRDefault="00F05A27" w:rsidP="0098080D">
      <w:p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br/>
      </w:r>
      <w:r w:rsidRPr="0098080D">
        <w:rPr>
          <w:rFonts w:asciiTheme="majorHAnsi" w:hAnsiTheme="majorHAnsi" w:cstheme="majorHAnsi"/>
          <w:lang w:val="pt-PT"/>
        </w:rPr>
        <w:br/>
      </w:r>
    </w:p>
    <w:p w14:paraId="0ACAF12B" w14:textId="0B1BB290" w:rsidR="001333AB" w:rsidRPr="0098080D" w:rsidRDefault="00F05A27" w:rsidP="0098080D">
      <w:pPr>
        <w:pStyle w:val="Ttulo1"/>
        <w:rPr>
          <w:lang w:val="pt-PT"/>
        </w:rPr>
      </w:pPr>
      <w:r w:rsidRPr="0098080D">
        <w:rPr>
          <w:lang w:val="pt-PT"/>
        </w:rPr>
        <w:t>VIABILIDADE ECONÓMICA E FINANCEIRA</w:t>
      </w:r>
    </w:p>
    <w:p w14:paraId="2692B4E0" w14:textId="77777777" w:rsidR="001333AB" w:rsidRPr="00A84AB8" w:rsidRDefault="00F05A27" w:rsidP="00A84AB8">
      <w:pPr>
        <w:pStyle w:val="Ttulo3"/>
        <w:rPr>
          <w:lang w:val="pt-PT"/>
        </w:rPr>
      </w:pPr>
      <w:r w:rsidRPr="00A84AB8">
        <w:rPr>
          <w:lang w:val="pt-PT"/>
        </w:rPr>
        <w:t>Necessidade de investimento:</w:t>
      </w:r>
    </w:p>
    <w:p w14:paraId="6531ACF6" w14:textId="77777777" w:rsidR="001333AB" w:rsidRPr="0098080D" w:rsidRDefault="00F05A27" w:rsidP="0098080D">
      <w:p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br/>
      </w:r>
    </w:p>
    <w:p w14:paraId="3DC541C8" w14:textId="77777777" w:rsidR="001333AB" w:rsidRPr="00A84AB8" w:rsidRDefault="00F05A27" w:rsidP="00A84AB8">
      <w:pPr>
        <w:pStyle w:val="Ttulo3"/>
        <w:rPr>
          <w:lang w:val="pt-PT"/>
        </w:rPr>
      </w:pPr>
      <w:r w:rsidRPr="00A84AB8">
        <w:rPr>
          <w:lang w:val="pt-PT"/>
        </w:rPr>
        <w:t>Principais custos:</w:t>
      </w:r>
    </w:p>
    <w:p w14:paraId="537960BC" w14:textId="77777777" w:rsidR="001333AB" w:rsidRPr="0098080D" w:rsidRDefault="00F05A27" w:rsidP="0098080D">
      <w:p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br/>
      </w:r>
    </w:p>
    <w:p w14:paraId="7280E648" w14:textId="6B9C5C23" w:rsidR="001333AB" w:rsidRPr="0098080D" w:rsidRDefault="00F05A27" w:rsidP="0098080D">
      <w:pPr>
        <w:pStyle w:val="Ttulo1"/>
        <w:rPr>
          <w:lang w:val="pt-PT"/>
        </w:rPr>
      </w:pPr>
      <w:r w:rsidRPr="0098080D">
        <w:rPr>
          <w:lang w:val="pt-PT"/>
        </w:rPr>
        <w:lastRenderedPageBreak/>
        <w:t>ESCALABILIDADE E INTERNACIONALIZAÇÃO</w:t>
      </w:r>
    </w:p>
    <w:p w14:paraId="560F5E21" w14:textId="77777777" w:rsidR="001333AB" w:rsidRPr="00A84AB8" w:rsidRDefault="00F05A27" w:rsidP="00A84AB8">
      <w:pPr>
        <w:pStyle w:val="Ttulo3"/>
        <w:rPr>
          <w:lang w:val="pt-PT"/>
        </w:rPr>
      </w:pPr>
      <w:r w:rsidRPr="00A84AB8">
        <w:rPr>
          <w:lang w:val="pt-PT"/>
        </w:rPr>
        <w:t>Potencial de crescimento:</w:t>
      </w:r>
    </w:p>
    <w:p w14:paraId="269AE923" w14:textId="77777777" w:rsidR="001333AB" w:rsidRPr="0098080D" w:rsidRDefault="00F05A27" w:rsidP="0098080D">
      <w:p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br/>
      </w:r>
    </w:p>
    <w:p w14:paraId="1FEEB2B1" w14:textId="77777777" w:rsidR="001333AB" w:rsidRPr="00A84AB8" w:rsidRDefault="00F05A27" w:rsidP="00A84AB8">
      <w:pPr>
        <w:pStyle w:val="Ttulo3"/>
        <w:rPr>
          <w:lang w:val="pt-PT"/>
        </w:rPr>
      </w:pPr>
      <w:r w:rsidRPr="00A84AB8">
        <w:rPr>
          <w:lang w:val="pt-PT"/>
        </w:rPr>
        <w:t>Mercados prioritários:</w:t>
      </w:r>
    </w:p>
    <w:p w14:paraId="2349F503" w14:textId="77777777" w:rsidR="001333AB" w:rsidRPr="0098080D" w:rsidRDefault="00F05A27" w:rsidP="0098080D">
      <w:p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br/>
      </w:r>
    </w:p>
    <w:p w14:paraId="67493D38" w14:textId="69FC3609" w:rsidR="001333AB" w:rsidRPr="0098080D" w:rsidRDefault="00F05A27" w:rsidP="0098080D">
      <w:pPr>
        <w:pStyle w:val="Ttulo1"/>
        <w:rPr>
          <w:lang w:val="pt-PT"/>
        </w:rPr>
      </w:pPr>
      <w:r w:rsidRPr="0098080D">
        <w:rPr>
          <w:lang w:val="pt-PT"/>
        </w:rPr>
        <w:t>UTILIZAÇÃO DO APOIO FINANCEIRO</w:t>
      </w:r>
    </w:p>
    <w:p w14:paraId="7FBE71F8" w14:textId="77777777" w:rsidR="001333AB" w:rsidRPr="00A84AB8" w:rsidRDefault="00F05A27" w:rsidP="00A84AB8">
      <w:pPr>
        <w:pStyle w:val="Ttulo3"/>
        <w:rPr>
          <w:lang w:val="pt-PT"/>
        </w:rPr>
      </w:pPr>
      <w:r w:rsidRPr="00A84AB8">
        <w:rPr>
          <w:lang w:val="pt-PT"/>
        </w:rPr>
        <w:t>Descrição dos serviços de prova de conceito a adquirir:</w:t>
      </w:r>
    </w:p>
    <w:p w14:paraId="4827351F" w14:textId="77777777" w:rsidR="001333AB" w:rsidRPr="0098080D" w:rsidRDefault="00F05A27" w:rsidP="0098080D">
      <w:p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br/>
      </w:r>
    </w:p>
    <w:p w14:paraId="232DD42F" w14:textId="1409054E" w:rsidR="001333AB" w:rsidRPr="0098080D" w:rsidRDefault="00F05A27" w:rsidP="0098080D">
      <w:pPr>
        <w:pStyle w:val="Ttulo1"/>
        <w:rPr>
          <w:lang w:val="pt-PT"/>
        </w:rPr>
      </w:pPr>
      <w:r w:rsidRPr="0098080D">
        <w:rPr>
          <w:lang w:val="pt-PT"/>
        </w:rPr>
        <w:t>DOCUMENT</w:t>
      </w:r>
      <w:r w:rsidR="0098080D">
        <w:rPr>
          <w:lang w:val="pt-PT"/>
        </w:rPr>
        <w:t xml:space="preserve">AÇÃO </w:t>
      </w:r>
      <w:r w:rsidRPr="0098080D">
        <w:rPr>
          <w:lang w:val="pt-PT"/>
        </w:rPr>
        <w:t>ANEX</w:t>
      </w:r>
      <w:r w:rsidR="0098080D">
        <w:rPr>
          <w:lang w:val="pt-PT"/>
        </w:rPr>
        <w:t>A</w:t>
      </w:r>
    </w:p>
    <w:p w14:paraId="3031D476" w14:textId="77777777" w:rsidR="001333AB" w:rsidRPr="0098080D" w:rsidRDefault="00F05A27" w:rsidP="0098080D">
      <w:pPr>
        <w:pStyle w:val="PargrafodaLista"/>
        <w:numPr>
          <w:ilvl w:val="0"/>
          <w:numId w:val="11"/>
        </w:num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t>CV dos promotores</w:t>
      </w:r>
    </w:p>
    <w:p w14:paraId="02B06DFD" w14:textId="77777777" w:rsidR="001333AB" w:rsidRPr="0098080D" w:rsidRDefault="00F05A27" w:rsidP="0098080D">
      <w:pPr>
        <w:pStyle w:val="PargrafodaLista"/>
        <w:numPr>
          <w:ilvl w:val="0"/>
          <w:numId w:val="11"/>
        </w:num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t>Certidão Permanente (quando aplicável)</w:t>
      </w:r>
    </w:p>
    <w:p w14:paraId="45784273" w14:textId="77777777" w:rsidR="001333AB" w:rsidRPr="0098080D" w:rsidRDefault="00F05A27" w:rsidP="0098080D">
      <w:pPr>
        <w:pStyle w:val="PargrafodaLista"/>
        <w:numPr>
          <w:ilvl w:val="0"/>
          <w:numId w:val="11"/>
        </w:num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t>IES (quando aplicável)</w:t>
      </w:r>
    </w:p>
    <w:p w14:paraId="319A10D2" w14:textId="77777777" w:rsidR="001333AB" w:rsidRPr="0098080D" w:rsidRDefault="00F05A27" w:rsidP="0098080D">
      <w:pPr>
        <w:pStyle w:val="PargrafodaLista"/>
        <w:numPr>
          <w:ilvl w:val="0"/>
          <w:numId w:val="11"/>
        </w:numPr>
        <w:jc w:val="both"/>
        <w:rPr>
          <w:rFonts w:asciiTheme="majorHAnsi" w:hAnsiTheme="majorHAnsi" w:cstheme="majorHAnsi"/>
          <w:lang w:val="pt-PT"/>
        </w:rPr>
      </w:pPr>
      <w:r w:rsidRPr="0098080D">
        <w:rPr>
          <w:rFonts w:asciiTheme="majorHAnsi" w:hAnsiTheme="majorHAnsi" w:cstheme="majorHAnsi"/>
          <w:lang w:val="pt-PT"/>
        </w:rPr>
        <w:t>Outros documentos</w:t>
      </w:r>
    </w:p>
    <w:p w14:paraId="3EE7B01C" w14:textId="77777777" w:rsidR="0098080D" w:rsidRDefault="0098080D" w:rsidP="0098080D">
      <w:pPr>
        <w:jc w:val="both"/>
        <w:rPr>
          <w:rFonts w:asciiTheme="majorHAnsi" w:hAnsiTheme="majorHAnsi" w:cstheme="majorHAnsi"/>
          <w:lang w:val="pt-PT"/>
        </w:rPr>
      </w:pPr>
    </w:p>
    <w:p w14:paraId="36928B46" w14:textId="77777777" w:rsidR="0098080D" w:rsidRPr="0098080D" w:rsidRDefault="0098080D" w:rsidP="0098080D">
      <w:pPr>
        <w:jc w:val="both"/>
        <w:rPr>
          <w:rFonts w:asciiTheme="majorHAnsi" w:hAnsiTheme="majorHAnsi" w:cstheme="majorHAnsi"/>
          <w:lang w:val="pt-PT"/>
        </w:rPr>
      </w:pPr>
    </w:p>
    <w:p w14:paraId="7E840700" w14:textId="2386B314" w:rsidR="001333AB" w:rsidRPr="0098080D" w:rsidRDefault="00F05A27" w:rsidP="0098080D">
      <w:pPr>
        <w:pStyle w:val="Ttulo1"/>
        <w:rPr>
          <w:lang w:val="pt-PT"/>
        </w:rPr>
      </w:pPr>
      <w:r w:rsidRPr="0098080D">
        <w:rPr>
          <w:lang w:val="pt-PT"/>
        </w:rPr>
        <w:t>DECLARAÇÕES</w:t>
      </w:r>
    </w:p>
    <w:p w14:paraId="2A0D8C7A" w14:textId="77777777" w:rsidR="001333AB" w:rsidRPr="00A84AB8" w:rsidRDefault="00F05A27" w:rsidP="00A84AB8">
      <w:pPr>
        <w:pStyle w:val="Ttulo3"/>
        <w:rPr>
          <w:lang w:val="pt-PT"/>
        </w:rPr>
      </w:pPr>
      <w:r w:rsidRPr="00A84AB8">
        <w:rPr>
          <w:lang w:val="pt-PT"/>
        </w:rPr>
        <w:t>Declaro que as informações prestadas são verdadeiras e que aceito o regulamento do programa.</w:t>
      </w:r>
    </w:p>
    <w:p w14:paraId="0CB544D9" w14:textId="0DFEEF24" w:rsidR="001333AB" w:rsidRDefault="00F05A27" w:rsidP="0098080D">
      <w:pPr>
        <w:jc w:val="both"/>
        <w:rPr>
          <w:rFonts w:asciiTheme="majorHAnsi" w:hAnsiTheme="majorHAnsi" w:cstheme="majorHAnsi"/>
        </w:rPr>
      </w:pPr>
      <w:r w:rsidRPr="0098080D">
        <w:rPr>
          <w:rFonts w:asciiTheme="majorHAnsi" w:hAnsiTheme="majorHAnsi" w:cstheme="majorHAnsi"/>
          <w:lang w:val="pt-PT"/>
        </w:rPr>
        <w:br/>
      </w:r>
      <w:r w:rsidRPr="0098080D">
        <w:rPr>
          <w:rFonts w:asciiTheme="majorHAnsi" w:hAnsiTheme="majorHAnsi" w:cstheme="majorHAnsi"/>
        </w:rPr>
        <w:t xml:space="preserve">Local: </w:t>
      </w:r>
      <w:r w:rsidRPr="0098080D">
        <w:rPr>
          <w:rFonts w:asciiTheme="majorHAnsi" w:hAnsiTheme="majorHAnsi" w:cstheme="majorHAnsi"/>
        </w:rPr>
        <w:br/>
        <w:t xml:space="preserve">Data: </w:t>
      </w:r>
    </w:p>
    <w:p w14:paraId="25267528" w14:textId="77777777" w:rsidR="0098080D" w:rsidRPr="0098080D" w:rsidRDefault="0098080D" w:rsidP="0098080D">
      <w:pPr>
        <w:jc w:val="both"/>
        <w:rPr>
          <w:rFonts w:asciiTheme="majorHAnsi" w:hAnsiTheme="majorHAnsi" w:cstheme="majorHAnsi"/>
        </w:rPr>
      </w:pPr>
    </w:p>
    <w:p w14:paraId="211EE711" w14:textId="77777777" w:rsidR="001333AB" w:rsidRPr="0098080D" w:rsidRDefault="00F05A27" w:rsidP="0098080D">
      <w:pPr>
        <w:jc w:val="both"/>
        <w:rPr>
          <w:rFonts w:asciiTheme="majorHAnsi" w:hAnsiTheme="majorHAnsi" w:cstheme="majorHAnsi"/>
        </w:rPr>
      </w:pPr>
      <w:r w:rsidRPr="0098080D">
        <w:rPr>
          <w:rFonts w:asciiTheme="majorHAnsi" w:hAnsiTheme="majorHAnsi" w:cstheme="majorHAnsi"/>
        </w:rPr>
        <w:br/>
      </w:r>
      <w:proofErr w:type="spellStart"/>
      <w:r w:rsidRPr="0098080D">
        <w:rPr>
          <w:rFonts w:asciiTheme="majorHAnsi" w:hAnsiTheme="majorHAnsi" w:cstheme="majorHAnsi"/>
        </w:rPr>
        <w:t>Assinatura</w:t>
      </w:r>
      <w:proofErr w:type="spellEnd"/>
      <w:r w:rsidRPr="0098080D">
        <w:rPr>
          <w:rFonts w:asciiTheme="majorHAnsi" w:hAnsiTheme="majorHAnsi" w:cstheme="majorHAnsi"/>
        </w:rPr>
        <w:t>: ______________________________</w:t>
      </w:r>
    </w:p>
    <w:sectPr w:rsidR="001333AB" w:rsidRPr="0098080D" w:rsidSect="001306D2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75115" w14:textId="77777777" w:rsidR="00F473B0" w:rsidRDefault="00F473B0" w:rsidP="000136CF">
      <w:pPr>
        <w:spacing w:after="0" w:line="240" w:lineRule="auto"/>
      </w:pPr>
      <w:r>
        <w:separator/>
      </w:r>
    </w:p>
  </w:endnote>
  <w:endnote w:type="continuationSeparator" w:id="0">
    <w:p w14:paraId="0E9B0C90" w14:textId="77777777" w:rsidR="00F473B0" w:rsidRDefault="00F473B0" w:rsidP="00013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EADCB" w14:textId="6A484FA9" w:rsidR="00C36A9B" w:rsidRDefault="00C36A9B">
    <w:pPr>
      <w:pStyle w:val="Rodap"/>
    </w:pPr>
    <w:r>
      <w:rPr>
        <w:noProof/>
      </w:rPr>
      <w:drawing>
        <wp:inline distT="0" distB="0" distL="0" distR="0" wp14:anchorId="7324F1D7" wp14:editId="6B5EB113">
          <wp:extent cx="5397500" cy="292100"/>
          <wp:effectExtent l="0" t="0" r="0" b="0"/>
          <wp:docPr id="198289113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0" cy="292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63521" w14:textId="77777777" w:rsidR="00F473B0" w:rsidRDefault="00F473B0" w:rsidP="000136CF">
      <w:pPr>
        <w:spacing w:after="0" w:line="240" w:lineRule="auto"/>
      </w:pPr>
      <w:r>
        <w:separator/>
      </w:r>
    </w:p>
  </w:footnote>
  <w:footnote w:type="continuationSeparator" w:id="0">
    <w:p w14:paraId="684DF6B6" w14:textId="77777777" w:rsidR="00F473B0" w:rsidRDefault="00F473B0" w:rsidP="00013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A59B9" w14:textId="77777777" w:rsidR="0098080D" w:rsidRPr="00C36A9B" w:rsidRDefault="0098080D" w:rsidP="0098080D">
    <w:pPr>
      <w:spacing w:after="0" w:line="240" w:lineRule="auto"/>
      <w:jc w:val="right"/>
      <w:rPr>
        <w:rFonts w:asciiTheme="majorHAnsi" w:hAnsiTheme="majorHAnsi" w:cstheme="majorHAnsi"/>
        <w:bCs/>
        <w:sz w:val="14"/>
        <w:szCs w:val="14"/>
        <w:u w:val="single"/>
        <w:lang w:val="pt-PT"/>
      </w:rPr>
    </w:pPr>
    <w:r w:rsidRPr="00C36A9B">
      <w:rPr>
        <w:rFonts w:asciiTheme="majorHAnsi" w:hAnsiTheme="majorHAnsi" w:cstheme="majorHAnsi"/>
        <w:bCs/>
        <w:sz w:val="14"/>
        <w:szCs w:val="14"/>
        <w:u w:val="single"/>
        <w:lang w:val="pt-PT"/>
      </w:rPr>
      <w:t>Programa de Apoio à Validação de Provas de Conceito para Empresas e Empreendedores Regionais</w:t>
    </w:r>
  </w:p>
  <w:p w14:paraId="60000350" w14:textId="77777777" w:rsidR="0098080D" w:rsidRPr="0098080D" w:rsidRDefault="0098080D">
    <w:pPr>
      <w:pStyle w:val="Cabealho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0B16F4"/>
    <w:multiLevelType w:val="hybridMultilevel"/>
    <w:tmpl w:val="7A384AB2"/>
    <w:lvl w:ilvl="0" w:tplc="75FA6412">
      <w:start w:val="1"/>
      <w:numFmt w:val="bullet"/>
      <w:lvlText w:val="‗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E27D66"/>
    <w:multiLevelType w:val="hybridMultilevel"/>
    <w:tmpl w:val="2EE0CC6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FD6B7D"/>
    <w:multiLevelType w:val="hybridMultilevel"/>
    <w:tmpl w:val="E8443772"/>
    <w:lvl w:ilvl="0" w:tplc="75FA6412">
      <w:start w:val="1"/>
      <w:numFmt w:val="bullet"/>
      <w:lvlText w:val="‗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602F74"/>
    <w:multiLevelType w:val="hybridMultilevel"/>
    <w:tmpl w:val="7832B4E6"/>
    <w:lvl w:ilvl="0" w:tplc="75FA6412">
      <w:start w:val="1"/>
      <w:numFmt w:val="bullet"/>
      <w:lvlText w:val="‗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0888152">
    <w:abstractNumId w:val="8"/>
  </w:num>
  <w:num w:numId="2" w16cid:durableId="1051005760">
    <w:abstractNumId w:val="6"/>
  </w:num>
  <w:num w:numId="3" w16cid:durableId="1830365343">
    <w:abstractNumId w:val="5"/>
  </w:num>
  <w:num w:numId="4" w16cid:durableId="185561088">
    <w:abstractNumId w:val="4"/>
  </w:num>
  <w:num w:numId="5" w16cid:durableId="25374474">
    <w:abstractNumId w:val="7"/>
  </w:num>
  <w:num w:numId="6" w16cid:durableId="1780492897">
    <w:abstractNumId w:val="3"/>
  </w:num>
  <w:num w:numId="7" w16cid:durableId="288317294">
    <w:abstractNumId w:val="2"/>
  </w:num>
  <w:num w:numId="8" w16cid:durableId="1741172879">
    <w:abstractNumId w:val="1"/>
  </w:num>
  <w:num w:numId="9" w16cid:durableId="319503074">
    <w:abstractNumId w:val="0"/>
  </w:num>
  <w:num w:numId="10" w16cid:durableId="1752577044">
    <w:abstractNumId w:val="10"/>
  </w:num>
  <w:num w:numId="11" w16cid:durableId="2085835005">
    <w:abstractNumId w:val="11"/>
  </w:num>
  <w:num w:numId="12" w16cid:durableId="603225776">
    <w:abstractNumId w:val="9"/>
  </w:num>
  <w:num w:numId="13" w16cid:durableId="15011206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6CF"/>
    <w:rsid w:val="00034616"/>
    <w:rsid w:val="000433C9"/>
    <w:rsid w:val="0006063C"/>
    <w:rsid w:val="00121CDB"/>
    <w:rsid w:val="001306D2"/>
    <w:rsid w:val="001333AB"/>
    <w:rsid w:val="00144C59"/>
    <w:rsid w:val="0015074B"/>
    <w:rsid w:val="0029639D"/>
    <w:rsid w:val="00326F90"/>
    <w:rsid w:val="004145DB"/>
    <w:rsid w:val="00575098"/>
    <w:rsid w:val="006D28C8"/>
    <w:rsid w:val="006F7B40"/>
    <w:rsid w:val="00904AA9"/>
    <w:rsid w:val="0098080D"/>
    <w:rsid w:val="00A84AB8"/>
    <w:rsid w:val="00AA1D8D"/>
    <w:rsid w:val="00B01D6F"/>
    <w:rsid w:val="00B47730"/>
    <w:rsid w:val="00C36A9B"/>
    <w:rsid w:val="00C460DE"/>
    <w:rsid w:val="00CB0664"/>
    <w:rsid w:val="00E84B82"/>
    <w:rsid w:val="00F05A27"/>
    <w:rsid w:val="00F473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2618AB"/>
  <w14:defaultImageDpi w14:val="300"/>
  <w15:docId w15:val="{C2E2108B-98BB-481D-A4EA-73590E917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lgarve.portugal2030.pt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312</Words>
  <Characters>1691</Characters>
  <Application>Microsoft Office Word</Application>
  <DocSecurity>0</DocSecurity>
  <Lines>14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Susana Cristina Gomes André</cp:lastModifiedBy>
  <cp:revision>2</cp:revision>
  <dcterms:created xsi:type="dcterms:W3CDTF">2026-06-30T09:20:00Z</dcterms:created>
  <dcterms:modified xsi:type="dcterms:W3CDTF">2026-06-30T09:20:00Z</dcterms:modified>
  <cp:category/>
</cp:coreProperties>
</file>